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המתרחש בהר לבין המתרחש אחרי הירידה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קורה איפה?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מתפללים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אחרי הירידה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בראש ההר צמים ומתפללים, השמחה היא אחרי הירידה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נהוג לצום בזמן התפילה בהר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פעולה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(אחרי הירידה)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(אחרי הירידה)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מתפללים וצמים, מקשיבים לקֵסים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יורדים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נפגשים עם משפחה וחברים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צמים ומתפללים כדי להתחדש ולהתקרב, ואחר כך שמחים יחד כמשפחה וקהילה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תפילה וצום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סעודה, שירה וריקוד בשמחה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הקֵסים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לשתי קבוצות ולבקש מכל אחת למיין חלק מהפעולות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הרצף הכרונולוגי של החג לפני 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אפשר לאפשר 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יהודי אתיופיה, ובו עולים לראש ההר, מתפללים וצמים, ולאחר הירידה חוגגים יחד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סעודה  ·  קֵסים  ·  ירושלים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קורה איפה?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בראש ההר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מתפללים וצמים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רוקדים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שרים שירי שמחה ואוכלים סעודה?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עליית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הירידה מההר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 מתפללים בני הקהילה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 ההר אוכלים סעודה גדולה ושמחים.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הצום הוא חלק מהתפילה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בראש ההר מתפללים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הם המנהיגים הדתיים שמדברים אל 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אחרי הירידה מההר אוכלים __________ גדולה.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פעולה ומקום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מתפללים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אוכלים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מקשיבים לקֵסים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אחרי הירידה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רוקדים במעגל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 הירידה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רצף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נפגשים עם משפחה וחברים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אל 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מתפללים וצמים, מקשיבים לקֵסים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יורדים מההר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בחג הסיגד יש גם צום וגם שמחה.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בראש ההר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