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מהלך חג הסיגד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המתרחש בהר לבין המתרחש אחרי הירידה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קורה איפה? (בחירה)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מתפללים וצמים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אחרי הירידה מההר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הקֵסים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מבקשים סליחה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בראש ההר צמים ומתפללים, השמחה היא אחרי הירידה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נהוג לצום בזמן התפילה בהר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הריקוד הוא חלק מהשמחה אחרי הירידה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הקֵסים מנהיגים את התפילה וההקשבה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מבקשים סליחה כחלק מהמפגש המשפחתי השמח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קֵסים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פעולה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(ראש ההר)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(אחרי הירידה)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(ראש ההר)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(אחרי הירידה)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(ראש ההר)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(אחרי הירידה)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רצף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אל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מתפללים וצמים, מקשיבים לקֵסים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יורדים מההר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נפגשים עם משפחה וחברים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אוכלים סעודה ושרים ורוקדים בשמחה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צמים ומתפללים כדי להתחדש ולהתקרב, ואחר כך שמחים יחד כמשפחה וקהילה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בחג מתפללים ומביעים געגוע וחיבור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תפילה וצום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סעודה, שירה וריקוד בשמחה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הקֵסים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לשתי קבוצות ולבקש מכל אחת למיין חלק מהפעולות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הרצף הכרונולוגי של החג לפני תרגיל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הפתוחה אפשר לאפשר 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יהודי אתיופיה, ובו עולים לראש ההר, מתפללים וצמים, ולאחר הירידה חוגגים יחד בשמחה.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קורה איפה? (בחירה)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בראש ההר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מתפללים וצמים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רוקדים בשמחה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סעודה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שירי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שרים שירי שמחה ואוכלים סעודה?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עליית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הירידה מההר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מתפללים בני הקהילה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לקֵסים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מוביל ומדבר אל הקהילה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הקֵסים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כדי להתחיל את השנה החדשה בלב נקי?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מבקשים 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צמים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 שוב להר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 ההר אוכלים סעודה גדולה ושמחים.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הצום הוא חלק מהתפילה בראש ההר.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הריקוד במעגל קורה לפני העלייה להר.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הקֵסים מדברים אל הקהילה בראש ההר.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בקשת סליחה שייכת לחלק השמח שאחרי הירידה.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בראש ההר מתפללים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הם המנהיגים הדתיים שמדברים אל הקהילה.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הירידה מההר אוכלים __________ גדולה.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בשמחה שאחרי הירידה רוקדים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בראש ההר נוהגים ל__________ ולא לאכול.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פעולה ומקום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מתפללים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ראש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אוכלים סעודה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ראש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מקשיבים לקֵסים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 הירידה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רוקדים במעגל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 הירידה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ראש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מבקשים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אחרי הירידה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רצף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מתפללים וצמים, מקשיבים לקֵסים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אל ראש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סעודה ושרים ורוקדים בשמחה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נפגשים עם משפחה וחברים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בחג הסיגד יש גם צום וגם שמחה.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חג הסיגד לכמיהה לירושלים?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בראש ההר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אחרי הירידה מההר?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מנהיג את התפילה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כמיהה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